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38"/>
        <w:gridCol w:w="2608"/>
      </w:tblGrid>
      <w:tr w:rsidR="00A6452A" w14:paraId="3BF2E919" w14:textId="77777777" w:rsidTr="00996C0E">
        <w:trPr>
          <w:jc w:val="center"/>
        </w:trPr>
        <w:tc>
          <w:tcPr>
            <w:tcW w:w="7938" w:type="dxa"/>
            <w:tcMar>
              <w:top w:w="0" w:type="dxa"/>
              <w:left w:w="0" w:type="dxa"/>
              <w:bottom w:w="0" w:type="dxa"/>
              <w:right w:w="140" w:type="dxa"/>
            </w:tcMar>
            <w:vAlign w:val="center"/>
          </w:tcPr>
          <w:p w14:paraId="25D412D7" w14:textId="77777777" w:rsidR="00A6452A" w:rsidRDefault="00000000">
            <w:pPr>
              <w:spacing w:after="20"/>
              <w:rPr>
                <w:rFonts w:hint="eastAsia"/>
                <w:lang w:eastAsia="zh-CN"/>
              </w:rPr>
            </w:pPr>
            <w:proofErr w:type="gramStart"/>
            <w:r>
              <w:rPr>
                <w:b/>
                <w:color w:val="173D5E"/>
                <w:sz w:val="44"/>
                <w:lang w:eastAsia="zh-CN"/>
              </w:rPr>
              <w:t>王子晨</w:t>
            </w:r>
            <w:r>
              <w:rPr>
                <w:b/>
                <w:color w:val="2F6F9F"/>
                <w:lang w:eastAsia="zh-CN"/>
              </w:rPr>
              <w:t xml:space="preserve">  2027</w:t>
            </w:r>
            <w:proofErr w:type="gramEnd"/>
            <w:r>
              <w:rPr>
                <w:b/>
                <w:color w:val="2F6F9F"/>
                <w:lang w:eastAsia="zh-CN"/>
              </w:rPr>
              <w:t>届</w:t>
            </w:r>
          </w:p>
          <w:p w14:paraId="53E38ADC" w14:textId="77777777" w:rsidR="00A6452A" w:rsidRDefault="00000000">
            <w:pPr>
              <w:spacing w:after="60"/>
              <w:rPr>
                <w:rFonts w:hint="eastAsia"/>
                <w:lang w:eastAsia="zh-CN"/>
              </w:rPr>
            </w:pPr>
            <w:r>
              <w:rPr>
                <w:b/>
                <w:color w:val="20262D"/>
                <w:sz w:val="21"/>
                <w:lang w:eastAsia="zh-CN"/>
              </w:rPr>
              <w:t xml:space="preserve">桌面运维 / IT </w:t>
            </w:r>
            <w:proofErr w:type="gramStart"/>
            <w:r>
              <w:rPr>
                <w:b/>
                <w:color w:val="20262D"/>
                <w:sz w:val="21"/>
                <w:lang w:eastAsia="zh-CN"/>
              </w:rPr>
              <w:t>运维实习生</w:t>
            </w:r>
            <w:r>
              <w:rPr>
                <w:color w:val="5C6670"/>
                <w:lang w:eastAsia="zh-CN"/>
              </w:rPr>
              <w:t xml:space="preserve">  ·</w:t>
            </w:r>
            <w:proofErr w:type="gramEnd"/>
            <w:r>
              <w:rPr>
                <w:color w:val="5C6670"/>
                <w:lang w:eastAsia="zh-CN"/>
              </w:rPr>
              <w:t xml:space="preserve">  杭州 / 余杭区可调剂</w:t>
            </w:r>
          </w:p>
          <w:p w14:paraId="5B530212" w14:textId="0D8BEED1" w:rsidR="00A6452A" w:rsidRDefault="00000000">
            <w:pPr>
              <w:rPr>
                <w:rFonts w:hint="eastAsia"/>
                <w:lang w:eastAsia="zh-CN"/>
              </w:rPr>
            </w:pPr>
            <w:proofErr w:type="gramStart"/>
            <w:r>
              <w:rPr>
                <w:color w:val="5C6670"/>
                <w:sz w:val="17"/>
                <w:lang w:eastAsia="zh-CN"/>
              </w:rPr>
              <w:t>18383330754  ·</w:t>
            </w:r>
            <w:proofErr w:type="gramEnd"/>
            <w:r>
              <w:rPr>
                <w:color w:val="5C6670"/>
                <w:sz w:val="17"/>
                <w:lang w:eastAsia="zh-CN"/>
              </w:rPr>
              <w:t xml:space="preserve">  </w:t>
            </w:r>
            <w:proofErr w:type="gramStart"/>
            <w:r>
              <w:rPr>
                <w:color w:val="5C6670"/>
                <w:sz w:val="17"/>
                <w:lang w:eastAsia="zh-CN"/>
              </w:rPr>
              <w:t>wangzichen0660@163.com  ·</w:t>
            </w:r>
            <w:proofErr w:type="gramEnd"/>
            <w:r>
              <w:rPr>
                <w:color w:val="5C6670"/>
                <w:sz w:val="17"/>
                <w:lang w:eastAsia="zh-CN"/>
              </w:rPr>
              <w:t xml:space="preserve">  </w:t>
            </w:r>
            <w:r w:rsidR="005927A3">
              <w:rPr>
                <w:rFonts w:hint="eastAsia"/>
                <w:color w:val="5C6670"/>
                <w:sz w:val="17"/>
                <w:lang w:eastAsia="zh-CN"/>
              </w:rPr>
              <w:t>个人主页：</w:t>
            </w:r>
            <w:r w:rsidR="001A5F3F" w:rsidRPr="003E554E">
              <w:rPr>
                <w:rFonts w:hint="eastAsia"/>
                <w:color w:val="2F6F9F"/>
                <w:sz w:val="17"/>
                <w:lang w:eastAsia="zh-CN"/>
              </w:rPr>
              <w:fldChar w:fldCharType="begin"/>
            </w:r>
            <w:r w:rsidR="001A5F3F" w:rsidRPr="003E554E">
              <w:rPr>
                <w:rFonts w:hint="eastAsia"/>
                <w:color w:val="2F6F9F"/>
                <w:sz w:val="17"/>
                <w:lang w:eastAsia="zh-CN"/>
              </w:rPr>
              <w:instrText>HYPERLINK "https://me.星辰灰.com/"</w:instrText>
            </w:r>
            <w:r w:rsidR="001A5F3F" w:rsidRPr="003E554E">
              <w:rPr>
                <w:rFonts w:hint="eastAsia"/>
                <w:color w:val="2F6F9F"/>
                <w:sz w:val="17"/>
                <w:lang w:eastAsia="zh-CN"/>
              </w:rPr>
            </w:r>
            <w:r w:rsidR="001A5F3F" w:rsidRPr="003E554E">
              <w:rPr>
                <w:rFonts w:hint="eastAsia"/>
                <w:color w:val="2F6F9F"/>
                <w:sz w:val="17"/>
                <w:lang w:eastAsia="zh-CN"/>
              </w:rPr>
              <w:fldChar w:fldCharType="separate"/>
            </w:r>
            <w:r w:rsidR="00E53DC8" w:rsidRPr="003E554E">
              <w:rPr>
                <w:rStyle w:val="aff9"/>
                <w:color w:val="2F6F9F"/>
                <w:sz w:val="17"/>
                <w:lang w:eastAsia="zh-CN"/>
              </w:rPr>
              <w:t>https://</w:t>
            </w:r>
            <w:r w:rsidR="00720F51" w:rsidRPr="003E554E">
              <w:rPr>
                <w:rStyle w:val="aff9"/>
                <w:color w:val="2F6F9F"/>
                <w:sz w:val="17"/>
                <w:szCs w:val="17"/>
                <w:lang w:eastAsia="zh-CN"/>
              </w:rPr>
              <w:t>me.星辰灰.com</w:t>
            </w:r>
            <w:r w:rsidR="00E53DC8" w:rsidRPr="003E554E">
              <w:rPr>
                <w:rStyle w:val="aff9"/>
                <w:color w:val="2F6F9F"/>
                <w:sz w:val="17"/>
                <w:szCs w:val="17"/>
                <w:lang w:eastAsia="zh-CN"/>
              </w:rPr>
              <w:t>/</w:t>
            </w:r>
            <w:r w:rsidR="001A5F3F" w:rsidRPr="003E554E">
              <w:rPr>
                <w:rFonts w:hint="eastAsia"/>
                <w:color w:val="2F6F9F"/>
                <w:sz w:val="17"/>
                <w:lang w:eastAsia="zh-CN"/>
              </w:rPr>
              <w:fldChar w:fldCharType="end"/>
            </w:r>
          </w:p>
        </w:tc>
        <w:tc>
          <w:tcPr>
            <w:tcW w:w="26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358D0" w14:textId="3895E1B9" w:rsidR="00A6452A" w:rsidRDefault="00996C0E">
            <w:pPr>
              <w:jc w:val="right"/>
              <w:rPr>
                <w:rFonts w:hint="eastAsia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024CAB3" wp14:editId="2767D299">
                  <wp:simplePos x="0" y="0"/>
                  <wp:positionH relativeFrom="column">
                    <wp:posOffset>620395</wp:posOffset>
                  </wp:positionH>
                  <wp:positionV relativeFrom="paragraph">
                    <wp:posOffset>-126365</wp:posOffset>
                  </wp:positionV>
                  <wp:extent cx="809625" cy="1163320"/>
                  <wp:effectExtent l="19050" t="19050" r="28575" b="177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1633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0E52D22" w14:textId="5CE42CC1" w:rsidR="00A6452A" w:rsidRDefault="00A6452A">
      <w:pPr>
        <w:pBdr>
          <w:bottom w:val="single" w:sz="18" w:space="0" w:color="173D5E"/>
        </w:pBdr>
        <w:spacing w:before="20" w:after="60"/>
        <w:rPr>
          <w:rFonts w:hint="eastAsia"/>
          <w:lang w:eastAsia="zh-CN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73"/>
        <w:gridCol w:w="5273"/>
        <w:gridCol w:w="130"/>
      </w:tblGrid>
      <w:tr w:rsidR="00A6452A" w14:paraId="0A00BFD1" w14:textId="77777777">
        <w:trPr>
          <w:gridAfter w:val="1"/>
          <w:wAfter w:w="130" w:type="dxa"/>
        </w:trPr>
        <w:tc>
          <w:tcPr>
            <w:tcW w:w="10546" w:type="dxa"/>
            <w:gridSpan w:val="2"/>
            <w:shd w:val="clear" w:color="auto" w:fill="EEF4F8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3017561" w14:textId="77777777" w:rsidR="00A6452A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D5E"/>
                <w:sz w:val="17"/>
              </w:rPr>
              <w:t xml:space="preserve">Windows / </w:t>
            </w:r>
            <w:proofErr w:type="gramStart"/>
            <w:r>
              <w:rPr>
                <w:b/>
                <w:color w:val="173D5E"/>
                <w:sz w:val="17"/>
              </w:rPr>
              <w:t>macOS</w:t>
            </w:r>
            <w:r>
              <w:rPr>
                <w:color w:val="5C6670"/>
                <w:sz w:val="16"/>
              </w:rPr>
              <w:t xml:space="preserve">  ·</w:t>
            </w:r>
            <w:proofErr w:type="gramEnd"/>
            <w:r>
              <w:rPr>
                <w:color w:val="5C6670"/>
                <w:sz w:val="16"/>
              </w:rPr>
              <w:t xml:space="preserve">  </w:t>
            </w:r>
            <w:proofErr w:type="gramStart"/>
            <w:r>
              <w:rPr>
                <w:b/>
                <w:color w:val="173D5E"/>
                <w:sz w:val="17"/>
              </w:rPr>
              <w:t>软硬件排障</w:t>
            </w:r>
            <w:r>
              <w:rPr>
                <w:color w:val="5C6670"/>
                <w:sz w:val="16"/>
              </w:rPr>
              <w:t xml:space="preserve">  ·</w:t>
            </w:r>
            <w:proofErr w:type="gramEnd"/>
            <w:r>
              <w:rPr>
                <w:color w:val="5C6670"/>
                <w:sz w:val="16"/>
              </w:rPr>
              <w:t xml:space="preserve">  </w:t>
            </w:r>
            <w:proofErr w:type="gramStart"/>
            <w:r>
              <w:rPr>
                <w:b/>
                <w:color w:val="173D5E"/>
                <w:sz w:val="17"/>
              </w:rPr>
              <w:t>外设维护</w:t>
            </w:r>
            <w:r>
              <w:rPr>
                <w:color w:val="5C6670"/>
                <w:sz w:val="16"/>
              </w:rPr>
              <w:t xml:space="preserve">  ·</w:t>
            </w:r>
            <w:proofErr w:type="gramEnd"/>
            <w:r>
              <w:rPr>
                <w:color w:val="5C6670"/>
                <w:sz w:val="16"/>
              </w:rPr>
              <w:t xml:space="preserve">  </w:t>
            </w:r>
            <w:proofErr w:type="gramStart"/>
            <w:r>
              <w:rPr>
                <w:b/>
                <w:color w:val="173D5E"/>
                <w:sz w:val="17"/>
              </w:rPr>
              <w:t>网络基础</w:t>
            </w:r>
            <w:r>
              <w:rPr>
                <w:color w:val="5C6670"/>
                <w:sz w:val="16"/>
              </w:rPr>
              <w:t xml:space="preserve">  ·</w:t>
            </w:r>
            <w:proofErr w:type="gramEnd"/>
            <w:r>
              <w:rPr>
                <w:color w:val="5C6670"/>
                <w:sz w:val="16"/>
              </w:rPr>
              <w:t xml:space="preserve">  </w:t>
            </w:r>
            <w:r>
              <w:rPr>
                <w:b/>
                <w:color w:val="173D5E"/>
                <w:sz w:val="17"/>
              </w:rPr>
              <w:t xml:space="preserve">Linux / </w:t>
            </w:r>
            <w:proofErr w:type="gramStart"/>
            <w:r>
              <w:rPr>
                <w:b/>
                <w:color w:val="173D5E"/>
                <w:sz w:val="17"/>
              </w:rPr>
              <w:t>服务器</w:t>
            </w:r>
            <w:r>
              <w:rPr>
                <w:color w:val="5C6670"/>
                <w:sz w:val="16"/>
              </w:rPr>
              <w:t xml:space="preserve">  ·</w:t>
            </w:r>
            <w:proofErr w:type="gramEnd"/>
            <w:r>
              <w:rPr>
                <w:color w:val="5C6670"/>
                <w:sz w:val="16"/>
              </w:rPr>
              <w:t xml:space="preserve">  </w:t>
            </w:r>
            <w:r>
              <w:rPr>
                <w:b/>
                <w:color w:val="173D5E"/>
                <w:sz w:val="17"/>
              </w:rPr>
              <w:t>影视创作软件</w:t>
            </w:r>
          </w:p>
        </w:tc>
      </w:tr>
      <w:tr w:rsidR="00A6452A" w14:paraId="0A1248D9" w14:textId="77777777">
        <w:tblPrEx>
          <w:jc w:val="center"/>
        </w:tblPrEx>
        <w:trPr>
          <w:jc w:val="center"/>
        </w:trPr>
        <w:tc>
          <w:tcPr>
            <w:tcW w:w="5273" w:type="dxa"/>
            <w:tcMar>
              <w:top w:w="40" w:type="dxa"/>
              <w:left w:w="0" w:type="dxa"/>
              <w:bottom w:w="0" w:type="dxa"/>
              <w:right w:w="170" w:type="dxa"/>
            </w:tcMar>
          </w:tcPr>
          <w:p w14:paraId="59CB6388" w14:textId="77777777" w:rsidR="00A6452A" w:rsidRDefault="00000000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桌面运维实践</w:t>
            </w:r>
          </w:p>
          <w:p w14:paraId="6AB6317E" w14:textId="4948A753" w:rsidR="00A6452A" w:rsidRDefault="00000000">
            <w:pPr>
              <w:spacing w:after="32" w:line="247" w:lineRule="auto"/>
              <w:ind w:left="204" w:hanging="170"/>
              <w:rPr>
                <w:rFonts w:hint="eastAsia"/>
                <w:lang w:eastAsia="zh-CN"/>
              </w:rPr>
            </w:pPr>
            <w:r>
              <w:rPr>
                <w:b/>
                <w:color w:val="2F6F9F"/>
                <w:sz w:val="17"/>
                <w:lang w:eastAsia="zh-CN"/>
              </w:rPr>
              <w:t xml:space="preserve">• </w:t>
            </w:r>
            <w:r w:rsidR="00F56CC1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 w:rsidR="00122AD4" w:rsidRPr="005927A3">
              <w:rPr>
                <w:rFonts w:hint="eastAsia"/>
                <w:color w:val="20262D"/>
                <w:sz w:val="17"/>
                <w:shd w:val="pct15" w:color="auto" w:fill="FFFFFF"/>
                <w:lang w:eastAsia="zh-CN"/>
              </w:rPr>
              <w:t>从小</w:t>
            </w:r>
            <w:r w:rsidRPr="005927A3">
              <w:rPr>
                <w:color w:val="20262D"/>
                <w:sz w:val="17"/>
                <w:shd w:val="pct15" w:color="auto" w:fill="FFFFFF"/>
                <w:lang w:eastAsia="zh-CN"/>
              </w:rPr>
              <w:t>长期接触家</w:t>
            </w:r>
            <w:r w:rsidR="0040432B" w:rsidRPr="005927A3">
              <w:rPr>
                <w:rFonts w:hint="eastAsia"/>
                <w:color w:val="20262D"/>
                <w:sz w:val="17"/>
                <w:shd w:val="pct15" w:color="auto" w:fill="FFFFFF"/>
                <w:lang w:eastAsia="zh-CN"/>
              </w:rPr>
              <w:t>中</w:t>
            </w:r>
            <w:r w:rsidRPr="005927A3">
              <w:rPr>
                <w:color w:val="20262D"/>
                <w:sz w:val="17"/>
                <w:shd w:val="pct15" w:color="auto" w:fill="FFFFFF"/>
                <w:lang w:eastAsia="zh-CN"/>
              </w:rPr>
              <w:t>经营</w:t>
            </w:r>
            <w:r w:rsidR="0040432B" w:rsidRPr="005927A3">
              <w:rPr>
                <w:rFonts w:hint="eastAsia"/>
                <w:color w:val="20262D"/>
                <w:sz w:val="17"/>
                <w:shd w:val="pct15" w:color="auto" w:fill="FFFFFF"/>
                <w:lang w:eastAsia="zh-CN"/>
              </w:rPr>
              <w:t>的网吧</w:t>
            </w:r>
            <w:r w:rsidRPr="005927A3">
              <w:rPr>
                <w:color w:val="20262D"/>
                <w:sz w:val="17"/>
                <w:shd w:val="pct15" w:color="auto" w:fill="FFFFFF"/>
                <w:lang w:eastAsia="zh-CN"/>
              </w:rPr>
              <w:t>环境</w:t>
            </w:r>
            <w:r>
              <w:rPr>
                <w:color w:val="20262D"/>
                <w:sz w:val="17"/>
                <w:lang w:eastAsia="zh-CN"/>
              </w:rPr>
              <w:t>，持续学习并参与电脑软硬件维护，对 Windows 电脑、硬件及常见故障具有长期实践积累。</w:t>
            </w:r>
          </w:p>
          <w:p w14:paraId="6A95ADD9" w14:textId="182E74EF" w:rsidR="00A6452A" w:rsidRDefault="00000000">
            <w:pPr>
              <w:spacing w:after="32" w:line="247" w:lineRule="auto"/>
              <w:ind w:left="204" w:hanging="170"/>
              <w:rPr>
                <w:rFonts w:hint="eastAsia"/>
                <w:lang w:eastAsia="zh-CN"/>
              </w:rPr>
            </w:pPr>
            <w:r>
              <w:rPr>
                <w:b/>
                <w:color w:val="2F6F9F"/>
                <w:sz w:val="17"/>
                <w:lang w:eastAsia="zh-CN"/>
              </w:rPr>
              <w:t xml:space="preserve">• </w:t>
            </w:r>
            <w:r w:rsidR="00F56CC1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 w:rsidRPr="005927A3">
              <w:rPr>
                <w:color w:val="20262D"/>
                <w:sz w:val="17"/>
                <w:shd w:val="pct15" w:color="auto" w:fill="FFFFFF"/>
                <w:lang w:eastAsia="zh-CN"/>
              </w:rPr>
              <w:t>初中担任班级网管 3 年</w:t>
            </w:r>
            <w:r>
              <w:rPr>
                <w:color w:val="20262D"/>
                <w:sz w:val="17"/>
                <w:lang w:eastAsia="zh-CN"/>
              </w:rPr>
              <w:t>；</w:t>
            </w:r>
            <w:r w:rsidRPr="005927A3">
              <w:rPr>
                <w:color w:val="20262D"/>
                <w:sz w:val="17"/>
                <w:shd w:val="pct15" w:color="auto" w:fill="FFFFFF"/>
                <w:lang w:eastAsia="zh-CN"/>
              </w:rPr>
              <w:t>高中期间长期协助老师处理办公室电脑问题</w:t>
            </w:r>
            <w:r>
              <w:rPr>
                <w:color w:val="20262D"/>
                <w:sz w:val="17"/>
                <w:lang w:eastAsia="zh-CN"/>
              </w:rPr>
              <w:t>，涉及系统、软件、硬件、外设及网络等常见故障。</w:t>
            </w:r>
          </w:p>
          <w:p w14:paraId="0B3B6070" w14:textId="37FDA1A1" w:rsidR="00A6452A" w:rsidRDefault="00000000">
            <w:pPr>
              <w:spacing w:after="32" w:line="247" w:lineRule="auto"/>
              <w:ind w:left="204" w:hanging="170"/>
              <w:rPr>
                <w:rFonts w:hint="eastAsia"/>
                <w:lang w:eastAsia="zh-CN"/>
              </w:rPr>
            </w:pPr>
            <w:r>
              <w:rPr>
                <w:b/>
                <w:color w:val="2F6F9F"/>
                <w:sz w:val="17"/>
                <w:lang w:eastAsia="zh-CN"/>
              </w:rPr>
              <w:t>•</w:t>
            </w:r>
            <w:r w:rsidR="00F56CC1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>
              <w:rPr>
                <w:b/>
                <w:color w:val="2F6F9F"/>
                <w:sz w:val="17"/>
                <w:lang w:eastAsia="zh-CN"/>
              </w:rPr>
              <w:t xml:space="preserve"> </w:t>
            </w:r>
            <w:r>
              <w:rPr>
                <w:color w:val="20262D"/>
                <w:sz w:val="17"/>
                <w:lang w:eastAsia="zh-CN"/>
              </w:rPr>
              <w:t>熟悉 Windows/macOS 系统、台式机拆装、系统重装、驱动及外设故障判断；遇到问题能够先定位现象、逐项排查并给出处理方案。</w:t>
            </w:r>
          </w:p>
          <w:p w14:paraId="7FEF4CCD" w14:textId="03480554" w:rsidR="00A6452A" w:rsidRDefault="00000000">
            <w:pPr>
              <w:spacing w:after="32" w:line="247" w:lineRule="auto"/>
              <w:ind w:left="204" w:hanging="170"/>
              <w:rPr>
                <w:rFonts w:hint="eastAsia"/>
              </w:rPr>
            </w:pPr>
            <w:r>
              <w:rPr>
                <w:b/>
                <w:color w:val="2F6F9F"/>
                <w:sz w:val="17"/>
              </w:rPr>
              <w:t xml:space="preserve">• </w:t>
            </w:r>
            <w:r w:rsidR="00F56CC1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proofErr w:type="spellStart"/>
            <w:r>
              <w:rPr>
                <w:color w:val="20262D"/>
                <w:sz w:val="17"/>
              </w:rPr>
              <w:t>长期使用</w:t>
            </w:r>
            <w:proofErr w:type="spellEnd"/>
            <w:r>
              <w:rPr>
                <w:color w:val="20262D"/>
                <w:sz w:val="17"/>
              </w:rPr>
              <w:t xml:space="preserve"> </w:t>
            </w:r>
            <w:proofErr w:type="spellStart"/>
            <w:r>
              <w:rPr>
                <w:color w:val="20262D"/>
                <w:sz w:val="17"/>
              </w:rPr>
              <w:t>Photoshop、Premiere</w:t>
            </w:r>
            <w:proofErr w:type="spellEnd"/>
            <w:r>
              <w:rPr>
                <w:color w:val="20262D"/>
                <w:sz w:val="17"/>
              </w:rPr>
              <w:t xml:space="preserve"> </w:t>
            </w:r>
            <w:proofErr w:type="spellStart"/>
            <w:r>
              <w:rPr>
                <w:color w:val="20262D"/>
                <w:sz w:val="17"/>
              </w:rPr>
              <w:t>Pro、After</w:t>
            </w:r>
            <w:proofErr w:type="spellEnd"/>
            <w:r>
              <w:rPr>
                <w:color w:val="20262D"/>
                <w:sz w:val="17"/>
              </w:rPr>
              <w:t xml:space="preserve"> </w:t>
            </w:r>
            <w:proofErr w:type="spellStart"/>
            <w:r>
              <w:rPr>
                <w:color w:val="20262D"/>
                <w:sz w:val="17"/>
              </w:rPr>
              <w:t>Effects、DaVinci</w:t>
            </w:r>
            <w:proofErr w:type="spellEnd"/>
            <w:r>
              <w:rPr>
                <w:color w:val="20262D"/>
                <w:sz w:val="17"/>
              </w:rPr>
              <w:t xml:space="preserve"> Resolve、C4D、Blender 等创作软件，</w:t>
            </w:r>
            <w:r w:rsidRPr="005927A3">
              <w:rPr>
                <w:color w:val="20262D"/>
                <w:sz w:val="17"/>
                <w:shd w:val="pct15" w:color="auto" w:fill="FFFFFF"/>
              </w:rPr>
              <w:t>熟悉新媒体/影视创作工作流及相关软件环境</w:t>
            </w:r>
            <w:r>
              <w:rPr>
                <w:color w:val="20262D"/>
                <w:sz w:val="17"/>
              </w:rPr>
              <w:t>。</w:t>
            </w:r>
          </w:p>
          <w:p w14:paraId="1A624372" w14:textId="21370C1C" w:rsidR="00A6452A" w:rsidRDefault="00000000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代表项目</w:t>
            </w:r>
            <w:r w:rsidR="0052630A">
              <w:rPr>
                <w:rFonts w:hint="eastAsia"/>
                <w:lang w:eastAsia="zh-CN"/>
              </w:rPr>
              <w:t>及展示能力</w:t>
            </w:r>
            <w:r w:rsidR="00650393">
              <w:rPr>
                <w:rFonts w:hint="eastAsia"/>
                <w:lang w:eastAsia="zh-CN"/>
              </w:rPr>
              <w:t xml:space="preserve"> </w:t>
            </w:r>
            <w:r w:rsidR="00650393" w:rsidRPr="00650393">
              <w:rPr>
                <w:rFonts w:hint="eastAsia"/>
                <w:sz w:val="13"/>
                <w:szCs w:val="13"/>
                <w:lang w:eastAsia="zh-CN"/>
              </w:rPr>
              <w:t>（您可在</w:t>
            </w:r>
            <w:r w:rsidR="00F808D9">
              <w:fldChar w:fldCharType="begin"/>
            </w:r>
            <w:r w:rsidR="00720F51">
              <w:rPr>
                <w:lang w:eastAsia="zh-CN"/>
              </w:rPr>
              <w:instrText>HYPERLINK "https://me.星辰灰.com/"</w:instrText>
            </w:r>
            <w:r w:rsidR="00720F51">
              <w:rPr>
                <w:rFonts w:hint="eastAsia"/>
                <w:lang w:eastAsia="zh-CN"/>
              </w:rPr>
              <w:instrText xml:space="preserve"> \h </w:instrText>
            </w:r>
            <w:r w:rsidR="00F808D9">
              <w:fldChar w:fldCharType="separate"/>
            </w:r>
            <w:r w:rsidR="00720F51">
              <w:rPr>
                <w:rFonts w:hint="eastAsia"/>
                <w:color w:val="2F6F9F"/>
                <w:sz w:val="13"/>
                <w:szCs w:val="13"/>
                <w:u w:val="single"/>
                <w:lang w:eastAsia="zh-CN"/>
              </w:rPr>
              <w:t>me</w:t>
            </w:r>
            <w:r w:rsidR="00F808D9" w:rsidRPr="00F808D9">
              <w:rPr>
                <w:color w:val="2F6F9F"/>
                <w:sz w:val="13"/>
                <w:szCs w:val="13"/>
                <w:u w:val="single"/>
                <w:lang w:eastAsia="zh-CN"/>
              </w:rPr>
              <w:t>.</w:t>
            </w:r>
            <w:r w:rsidR="00F808D9" w:rsidRPr="00996C0E">
              <w:rPr>
                <w:color w:val="2F6F9F"/>
                <w:sz w:val="13"/>
                <w:szCs w:val="13"/>
                <w:u w:val="single"/>
                <w:lang w:eastAsia="zh-CN"/>
              </w:rPr>
              <w:t>星辰</w:t>
            </w:r>
            <w:r w:rsidR="00F808D9" w:rsidRPr="00996C0E">
              <w:rPr>
                <w:color w:val="2F6F9F"/>
                <w:sz w:val="13"/>
                <w:szCs w:val="13"/>
                <w:u w:val="single"/>
                <w:lang w:eastAsia="zh-CN"/>
              </w:rPr>
              <w:t>灰</w:t>
            </w:r>
            <w:r w:rsidR="00F808D9" w:rsidRPr="00996C0E">
              <w:rPr>
                <w:color w:val="2F6F9F"/>
                <w:sz w:val="13"/>
                <w:szCs w:val="13"/>
                <w:u w:val="single"/>
                <w:lang w:eastAsia="zh-CN"/>
              </w:rPr>
              <w:t>.</w:t>
            </w:r>
            <w:r w:rsidR="00F808D9" w:rsidRPr="00F808D9">
              <w:rPr>
                <w:color w:val="2F6F9F"/>
                <w:sz w:val="13"/>
                <w:szCs w:val="13"/>
                <w:u w:val="single"/>
                <w:lang w:eastAsia="zh-CN"/>
              </w:rPr>
              <w:t>com</w:t>
            </w:r>
            <w:r w:rsidR="00F808D9">
              <w:fldChar w:fldCharType="end"/>
            </w:r>
            <w:r w:rsidR="00650393">
              <w:rPr>
                <w:rFonts w:hint="eastAsia"/>
                <w:sz w:val="13"/>
                <w:szCs w:val="13"/>
                <w:lang w:eastAsia="zh-CN"/>
              </w:rPr>
              <w:t>，查看</w:t>
            </w:r>
            <w:r w:rsidR="00D666EF">
              <w:rPr>
                <w:rFonts w:hint="eastAsia"/>
                <w:sz w:val="13"/>
                <w:szCs w:val="13"/>
                <w:lang w:eastAsia="zh-CN"/>
              </w:rPr>
              <w:t>更多</w:t>
            </w:r>
            <w:r w:rsidR="00650393">
              <w:rPr>
                <w:rFonts w:hint="eastAsia"/>
                <w:sz w:val="13"/>
                <w:szCs w:val="13"/>
                <w:lang w:eastAsia="zh-CN"/>
              </w:rPr>
              <w:t>项目展示</w:t>
            </w:r>
            <w:r w:rsidR="00650393" w:rsidRPr="00650393">
              <w:rPr>
                <w:rFonts w:hint="eastAsia"/>
                <w:sz w:val="13"/>
                <w:szCs w:val="13"/>
                <w:lang w:eastAsia="zh-CN"/>
              </w:rPr>
              <w:t>）</w:t>
            </w:r>
          </w:p>
          <w:p w14:paraId="2525717C" w14:textId="406D511E" w:rsidR="0052630A" w:rsidRDefault="0052630A" w:rsidP="0052630A">
            <w:pPr>
              <w:spacing w:after="20"/>
              <w:rPr>
                <w:rFonts w:hint="eastAsia"/>
                <w:color w:val="5C6670"/>
                <w:sz w:val="16"/>
                <w:lang w:eastAsia="zh-CN"/>
              </w:rPr>
            </w:pPr>
            <w:r>
              <w:rPr>
                <w:b/>
                <w:color w:val="2F6F9F"/>
                <w:sz w:val="17"/>
                <w:lang w:eastAsia="zh-CN"/>
              </w:rPr>
              <w:t xml:space="preserve">• </w:t>
            </w:r>
            <w:r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 w:rsidR="00615A16">
              <w:rPr>
                <w:rFonts w:hint="eastAsia"/>
                <w:b/>
                <w:color w:val="2F6F9F"/>
                <w:sz w:val="17"/>
                <w:lang w:eastAsia="zh-CN"/>
              </w:rPr>
              <w:t>影视软件</w:t>
            </w:r>
            <w:r>
              <w:rPr>
                <w:rFonts w:hint="eastAsia"/>
                <w:b/>
                <w:color w:val="2F6F9F"/>
                <w:sz w:val="17"/>
                <w:lang w:eastAsia="zh-CN"/>
              </w:rPr>
              <w:t>能力</w:t>
            </w:r>
            <w:r w:rsidR="00BA0FE7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 w:rsidR="00615A16" w:rsidRPr="00615A16">
              <w:rPr>
                <w:b/>
                <w:color w:val="2F6F9F"/>
                <w:sz w:val="17"/>
                <w:lang w:eastAsia="zh-CN"/>
              </w:rPr>
              <w:t>•</w:t>
            </w:r>
            <w:r w:rsidR="00BA0FE7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>
              <w:rPr>
                <w:rFonts w:hint="eastAsia"/>
                <w:b/>
                <w:color w:val="2F6F9F"/>
                <w:sz w:val="17"/>
                <w:lang w:eastAsia="zh-CN"/>
              </w:rPr>
              <w:t>项目：</w:t>
            </w:r>
            <w:r w:rsidR="00BA0FE7" w:rsidRPr="00BA0FE7">
              <w:rPr>
                <w:b/>
                <w:color w:val="20262D"/>
                <w:lang w:eastAsia="zh-CN"/>
              </w:rPr>
              <w:t>AE</w:t>
            </w:r>
            <w:r w:rsidR="00BA0FE7" w:rsidRPr="00BA0FE7">
              <w:rPr>
                <w:rFonts w:hint="eastAsia"/>
                <w:b/>
                <w:color w:val="20262D"/>
                <w:lang w:eastAsia="zh-CN"/>
              </w:rPr>
              <w:t>复刻</w:t>
            </w:r>
            <w:r w:rsidR="00BA0FE7">
              <w:rPr>
                <w:rFonts w:hint="eastAsia"/>
                <w:b/>
                <w:color w:val="20262D"/>
                <w:lang w:eastAsia="zh-CN"/>
              </w:rPr>
              <w:t>歌词播放页面</w:t>
            </w:r>
            <w:r>
              <w:rPr>
                <w:color w:val="5C6670"/>
                <w:sz w:val="16"/>
                <w:lang w:eastAsia="zh-CN"/>
              </w:rPr>
              <w:t xml:space="preserve">   </w:t>
            </w:r>
          </w:p>
          <w:p w14:paraId="287F64BC" w14:textId="1E877D24" w:rsidR="0052630A" w:rsidRDefault="0062288A" w:rsidP="0052630A">
            <w:pPr>
              <w:spacing w:after="20"/>
              <w:ind w:firstLineChars="100" w:firstLine="160"/>
              <w:rPr>
                <w:rFonts w:hint="eastAsia"/>
                <w:lang w:eastAsia="zh-CN"/>
              </w:rPr>
            </w:pPr>
            <w:r>
              <w:rPr>
                <w:rFonts w:hint="eastAsia"/>
                <w:color w:val="5C6670"/>
                <w:sz w:val="16"/>
                <w:lang w:eastAsia="zh-CN"/>
              </w:rPr>
              <w:t>熟悉</w:t>
            </w:r>
            <w:r w:rsidR="0054214C">
              <w:rPr>
                <w:rFonts w:hint="eastAsia"/>
                <w:color w:val="5C6670"/>
                <w:sz w:val="16"/>
                <w:lang w:eastAsia="zh-CN"/>
              </w:rPr>
              <w:t>常用</w:t>
            </w:r>
            <w:r w:rsidR="007C6BCC">
              <w:rPr>
                <w:rFonts w:hint="eastAsia"/>
                <w:color w:val="5C6670"/>
                <w:sz w:val="16"/>
                <w:lang w:eastAsia="zh-CN"/>
              </w:rPr>
              <w:t>影视</w:t>
            </w:r>
            <w:r>
              <w:rPr>
                <w:rFonts w:hint="eastAsia"/>
                <w:color w:val="5C6670"/>
                <w:sz w:val="16"/>
                <w:lang w:eastAsia="zh-CN"/>
              </w:rPr>
              <w:t>软件</w:t>
            </w:r>
            <w:r w:rsidR="00452050">
              <w:rPr>
                <w:rFonts w:hint="eastAsia"/>
                <w:color w:val="5C6670"/>
                <w:sz w:val="16"/>
                <w:lang w:eastAsia="zh-CN"/>
              </w:rPr>
              <w:t>，</w:t>
            </w:r>
            <w:r w:rsidR="000C4944">
              <w:rPr>
                <w:rFonts w:hint="eastAsia"/>
                <w:color w:val="5C6670"/>
                <w:sz w:val="16"/>
                <w:lang w:eastAsia="zh-CN"/>
              </w:rPr>
              <w:t>让我了解</w:t>
            </w:r>
            <w:r w:rsidR="005E01BD">
              <w:rPr>
                <w:rFonts w:hint="eastAsia"/>
                <w:color w:val="5C6670"/>
                <w:sz w:val="16"/>
                <w:lang w:eastAsia="zh-CN"/>
              </w:rPr>
              <w:t>影视创作者</w:t>
            </w:r>
            <w:r w:rsidR="000C4944">
              <w:rPr>
                <w:rFonts w:hint="eastAsia"/>
                <w:color w:val="5C6670"/>
                <w:sz w:val="16"/>
                <w:lang w:eastAsia="zh-CN"/>
              </w:rPr>
              <w:t>遇到的常见软件和系统问题</w:t>
            </w:r>
          </w:p>
          <w:p w14:paraId="3A484D19" w14:textId="5D03D9D0" w:rsidR="0052630A" w:rsidRDefault="0062288A" w:rsidP="0052630A">
            <w:pPr>
              <w:spacing w:after="40"/>
              <w:ind w:firstLineChars="100" w:firstLine="160"/>
              <w:rPr>
                <w:rFonts w:hint="eastAsia"/>
                <w:color w:val="2F6F9F"/>
                <w:sz w:val="16"/>
                <w:lang w:eastAsia="zh-CN"/>
              </w:rPr>
            </w:pPr>
            <w:r w:rsidRPr="0062288A">
              <w:rPr>
                <w:color w:val="2F6F9F"/>
                <w:sz w:val="16"/>
                <w:lang w:eastAsia="zh-CN"/>
              </w:rPr>
              <w:t>After Effects</w:t>
            </w:r>
            <w:r w:rsidR="0052630A">
              <w:rPr>
                <w:color w:val="2F6F9F"/>
                <w:sz w:val="16"/>
                <w:lang w:eastAsia="zh-CN"/>
              </w:rPr>
              <w:t xml:space="preserve"> </w:t>
            </w:r>
            <w:proofErr w:type="gramStart"/>
            <w:r w:rsidR="0052630A">
              <w:rPr>
                <w:color w:val="2F6F9F"/>
                <w:sz w:val="16"/>
                <w:lang w:eastAsia="zh-CN"/>
              </w:rPr>
              <w:t xml:space="preserve">·  </w:t>
            </w:r>
            <w:r w:rsidRPr="0062288A">
              <w:rPr>
                <w:color w:val="2F6F9F"/>
                <w:sz w:val="16"/>
                <w:lang w:eastAsia="zh-CN"/>
              </w:rPr>
              <w:t>Photoshop</w:t>
            </w:r>
            <w:proofErr w:type="gramEnd"/>
            <w:r>
              <w:rPr>
                <w:rFonts w:hint="eastAsia"/>
                <w:color w:val="2F6F9F"/>
                <w:sz w:val="16"/>
                <w:lang w:eastAsia="zh-CN"/>
              </w:rPr>
              <w:t xml:space="preserve"> </w:t>
            </w:r>
            <w:r>
              <w:rPr>
                <w:color w:val="2F6F9F"/>
                <w:sz w:val="16"/>
                <w:lang w:eastAsia="zh-CN"/>
              </w:rPr>
              <w:t>·</w:t>
            </w:r>
            <w:r>
              <w:rPr>
                <w:rFonts w:hint="eastAsia"/>
                <w:color w:val="2F6F9F"/>
                <w:sz w:val="16"/>
                <w:lang w:eastAsia="zh-CN"/>
              </w:rPr>
              <w:t xml:space="preserve"> </w:t>
            </w:r>
            <w:r w:rsidRPr="0062288A">
              <w:rPr>
                <w:color w:val="2F6F9F"/>
                <w:sz w:val="16"/>
                <w:lang w:eastAsia="zh-CN"/>
              </w:rPr>
              <w:t>Suno AI</w:t>
            </w:r>
          </w:p>
          <w:p w14:paraId="3672D580" w14:textId="6372A870" w:rsidR="0062288A" w:rsidRPr="0062288A" w:rsidRDefault="00985AB7" w:rsidP="0052630A">
            <w:pPr>
              <w:spacing w:after="40"/>
              <w:ind w:firstLineChars="100" w:firstLine="160"/>
              <w:rPr>
                <w:rFonts w:hint="eastAsia"/>
                <w:color w:val="2F6F9F"/>
                <w:sz w:val="16"/>
                <w:lang w:eastAsia="zh-CN"/>
              </w:rPr>
            </w:pPr>
            <w:r w:rsidRPr="00985AB7">
              <w:rPr>
                <w:noProof/>
                <w:color w:val="2F6F9F"/>
                <w:sz w:val="16"/>
                <w:lang w:eastAsia="zh-CN"/>
              </w:rPr>
              <w:drawing>
                <wp:inline distT="0" distB="0" distL="0" distR="0" wp14:anchorId="40B4AC2D" wp14:editId="5D5DC4D2">
                  <wp:extent cx="1487606" cy="836359"/>
                  <wp:effectExtent l="0" t="0" r="0" b="1905"/>
                  <wp:docPr id="15903512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3512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919" cy="8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17433" w14:textId="6124C567" w:rsidR="008951E5" w:rsidRDefault="00190047" w:rsidP="008951E5">
            <w:pPr>
              <w:spacing w:after="20"/>
              <w:rPr>
                <w:rFonts w:hint="eastAsia"/>
                <w:color w:val="5C6670"/>
                <w:sz w:val="16"/>
                <w:lang w:eastAsia="zh-CN"/>
              </w:rPr>
            </w:pPr>
            <w:r>
              <w:rPr>
                <w:b/>
                <w:color w:val="2F6F9F"/>
                <w:sz w:val="17"/>
                <w:lang w:eastAsia="zh-CN"/>
              </w:rPr>
              <w:t xml:space="preserve">• </w:t>
            </w:r>
            <w:r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 w:rsidR="00FB5E4E">
              <w:rPr>
                <w:rFonts w:hint="eastAsia"/>
                <w:b/>
                <w:color w:val="2F6F9F"/>
                <w:sz w:val="17"/>
                <w:lang w:eastAsia="zh-CN"/>
              </w:rPr>
              <w:t>AI</w:t>
            </w:r>
            <w:r w:rsidR="00985AB7">
              <w:rPr>
                <w:rFonts w:hint="eastAsia"/>
                <w:b/>
                <w:color w:val="2F6F9F"/>
                <w:sz w:val="17"/>
                <w:lang w:eastAsia="zh-CN"/>
              </w:rPr>
              <w:t>流快速</w:t>
            </w:r>
            <w:r w:rsidR="00FB5E4E">
              <w:rPr>
                <w:rFonts w:hint="eastAsia"/>
                <w:b/>
                <w:color w:val="2F6F9F"/>
                <w:sz w:val="17"/>
                <w:lang w:eastAsia="zh-CN"/>
              </w:rPr>
              <w:t>开发能力</w:t>
            </w:r>
            <w:r w:rsidR="00BA0FE7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 w:rsidR="00615A16" w:rsidRPr="00615A16">
              <w:rPr>
                <w:b/>
                <w:color w:val="2F6F9F"/>
                <w:sz w:val="17"/>
                <w:lang w:eastAsia="zh-CN"/>
              </w:rPr>
              <w:t>•</w:t>
            </w:r>
            <w:r w:rsidR="00BA0FE7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 w:rsidR="0008314F">
              <w:rPr>
                <w:rFonts w:hint="eastAsia"/>
                <w:b/>
                <w:color w:val="2F6F9F"/>
                <w:sz w:val="17"/>
                <w:lang w:eastAsia="zh-CN"/>
              </w:rPr>
              <w:t>项目</w:t>
            </w:r>
            <w:r w:rsidR="00FB5E4E">
              <w:rPr>
                <w:rFonts w:hint="eastAsia"/>
                <w:b/>
                <w:color w:val="2F6F9F"/>
                <w:sz w:val="17"/>
                <w:lang w:eastAsia="zh-CN"/>
              </w:rPr>
              <w:t>：</w:t>
            </w:r>
            <w:r w:rsidR="008951E5">
              <w:rPr>
                <w:b/>
                <w:color w:val="20262D"/>
                <w:lang w:eastAsia="zh-CN"/>
              </w:rPr>
              <w:t>OPPLE 门店仓库管理系统</w:t>
            </w:r>
            <w:r w:rsidR="008951E5">
              <w:rPr>
                <w:color w:val="5C6670"/>
                <w:sz w:val="16"/>
                <w:lang w:eastAsia="zh-CN"/>
              </w:rPr>
              <w:t xml:space="preserve">   </w:t>
            </w:r>
          </w:p>
          <w:p w14:paraId="1573A67E" w14:textId="59895134" w:rsidR="008951E5" w:rsidRDefault="008951E5" w:rsidP="0052630A">
            <w:pPr>
              <w:spacing w:after="20"/>
              <w:ind w:firstLineChars="100" w:firstLine="160"/>
              <w:rPr>
                <w:rFonts w:hint="eastAsia"/>
                <w:lang w:eastAsia="zh-CN"/>
              </w:rPr>
            </w:pPr>
            <w:r>
              <w:rPr>
                <w:rFonts w:hint="eastAsia"/>
                <w:color w:val="5C6670"/>
                <w:sz w:val="16"/>
                <w:lang w:eastAsia="zh-CN"/>
              </w:rPr>
              <w:t>此能力</w:t>
            </w:r>
            <w:r w:rsidR="00332EBB">
              <w:rPr>
                <w:rFonts w:hint="eastAsia"/>
                <w:color w:val="5C6670"/>
                <w:sz w:val="16"/>
                <w:lang w:eastAsia="zh-CN"/>
              </w:rPr>
              <w:t>可以针对重复故障</w:t>
            </w:r>
            <w:r w:rsidR="00A04E42">
              <w:rPr>
                <w:rFonts w:hint="eastAsia"/>
                <w:color w:val="5C6670"/>
                <w:sz w:val="16"/>
                <w:lang w:eastAsia="zh-CN"/>
              </w:rPr>
              <w:t>快速</w:t>
            </w:r>
            <w:r>
              <w:rPr>
                <w:rFonts w:hint="eastAsia"/>
                <w:color w:val="5C6670"/>
                <w:sz w:val="16"/>
                <w:lang w:eastAsia="zh-CN"/>
              </w:rPr>
              <w:t>开发自动化软件，减少重复人工运维</w:t>
            </w:r>
          </w:p>
          <w:p w14:paraId="10C6DAB6" w14:textId="7CC89B4F" w:rsidR="008951E5" w:rsidRDefault="00FB5E4E" w:rsidP="0052630A">
            <w:pPr>
              <w:spacing w:after="40"/>
              <w:ind w:firstLineChars="100" w:firstLine="160"/>
              <w:rPr>
                <w:rFonts w:hint="eastAsia"/>
                <w:color w:val="2F6F9F"/>
                <w:sz w:val="16"/>
                <w:lang w:eastAsia="zh-CN"/>
              </w:rPr>
            </w:pPr>
            <w:r>
              <w:rPr>
                <w:rFonts w:hint="eastAsia"/>
                <w:color w:val="2F6F9F"/>
                <w:sz w:val="16"/>
                <w:lang w:eastAsia="zh-CN"/>
              </w:rPr>
              <w:t>Cursor</w:t>
            </w:r>
            <w:proofErr w:type="gramStart"/>
            <w:r>
              <w:rPr>
                <w:rFonts w:hint="eastAsia"/>
                <w:color w:val="2F6F9F"/>
                <w:sz w:val="16"/>
                <w:lang w:eastAsia="zh-CN"/>
              </w:rPr>
              <w:t>辅助开发</w:t>
            </w:r>
            <w:r w:rsidR="008951E5">
              <w:rPr>
                <w:color w:val="2F6F9F"/>
                <w:sz w:val="16"/>
                <w:lang w:eastAsia="zh-CN"/>
              </w:rPr>
              <w:t xml:space="preserve">  ·</w:t>
            </w:r>
            <w:proofErr w:type="gramEnd"/>
            <w:r w:rsidR="008951E5">
              <w:rPr>
                <w:color w:val="2F6F9F"/>
                <w:sz w:val="16"/>
                <w:lang w:eastAsia="zh-CN"/>
              </w:rPr>
              <w:t xml:space="preserve">  </w:t>
            </w:r>
            <w:proofErr w:type="gramStart"/>
            <w:r w:rsidR="008951E5">
              <w:rPr>
                <w:color w:val="2F6F9F"/>
                <w:sz w:val="16"/>
                <w:lang w:eastAsia="zh-CN"/>
              </w:rPr>
              <w:t>腾讯云部署</w:t>
            </w:r>
            <w:r>
              <w:rPr>
                <w:rFonts w:hint="eastAsia"/>
                <w:color w:val="2F6F9F"/>
                <w:sz w:val="16"/>
                <w:lang w:eastAsia="zh-CN"/>
              </w:rPr>
              <w:t>运维</w:t>
            </w:r>
            <w:r w:rsidR="00452050">
              <w:rPr>
                <w:rFonts w:hint="eastAsia"/>
                <w:color w:val="2F6F9F"/>
                <w:sz w:val="16"/>
                <w:lang w:eastAsia="zh-CN"/>
              </w:rPr>
              <w:t xml:space="preserve"> </w:t>
            </w:r>
            <w:r w:rsidR="006E1A80">
              <w:rPr>
                <w:rFonts w:hint="eastAsia"/>
                <w:color w:val="2F6F9F"/>
                <w:sz w:val="16"/>
                <w:lang w:eastAsia="zh-CN"/>
              </w:rPr>
              <w:t xml:space="preserve"> </w:t>
            </w:r>
            <w:r w:rsidR="006E1A80" w:rsidRPr="006E1A80">
              <w:rPr>
                <w:color w:val="2F6F9F"/>
                <w:sz w:val="16"/>
                <w:lang w:eastAsia="zh-CN"/>
              </w:rPr>
              <w:t>·</w:t>
            </w:r>
            <w:proofErr w:type="gramEnd"/>
            <w:r w:rsidR="006E1A80">
              <w:rPr>
                <w:rFonts w:hint="eastAsia"/>
                <w:color w:val="2F6F9F"/>
                <w:sz w:val="16"/>
                <w:lang w:eastAsia="zh-CN"/>
              </w:rPr>
              <w:t xml:space="preserve"> </w:t>
            </w:r>
            <w:r w:rsidR="00452050">
              <w:rPr>
                <w:rFonts w:hint="eastAsia"/>
                <w:color w:val="2F6F9F"/>
                <w:sz w:val="16"/>
                <w:lang w:eastAsia="zh-CN"/>
              </w:rPr>
              <w:t xml:space="preserve"> </w:t>
            </w:r>
            <w:r w:rsidR="007F266B">
              <w:rPr>
                <w:rFonts w:hint="eastAsia"/>
                <w:color w:val="2F6F9F"/>
                <w:sz w:val="16"/>
                <w:lang w:eastAsia="zh-CN"/>
              </w:rPr>
              <w:t>生产环境使用</w:t>
            </w:r>
          </w:p>
          <w:p w14:paraId="10036F91" w14:textId="15A986D2" w:rsidR="00630A49" w:rsidRDefault="00630A49" w:rsidP="0052630A">
            <w:pPr>
              <w:spacing w:after="40"/>
              <w:ind w:firstLineChars="100" w:firstLine="180"/>
              <w:rPr>
                <w:rFonts w:hint="eastAsia"/>
                <w:lang w:eastAsia="zh-CN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3A1DDD32" wp14:editId="1DBFBF97">
                  <wp:extent cx="548640" cy="1208557"/>
                  <wp:effectExtent l="0" t="0" r="3810" b="0"/>
                  <wp:docPr id="120310372" name="图片 2" descr="OPPLE 仓库系统 · 首页看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PPLE 仓库系统 · 首页看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49" cy="1228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CN"/>
              </w:rPr>
              <w:t xml:space="preserve">  </w:t>
            </w:r>
            <w:r>
              <w:rPr>
                <w:rFonts w:hint="eastAsia"/>
                <w:noProof/>
              </w:rPr>
              <w:drawing>
                <wp:inline distT="0" distB="0" distL="0" distR="0" wp14:anchorId="3F17AB2D" wp14:editId="32D5DF5A">
                  <wp:extent cx="548640" cy="1206835"/>
                  <wp:effectExtent l="0" t="0" r="3810" b="0"/>
                  <wp:docPr id="554149100" name="图片 3" descr="OPPLE 仓库系统 · 产品管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PPLE 仓库系统 · 产品管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036" cy="1245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A0FE7">
              <w:rPr>
                <w:rFonts w:hint="eastAsia"/>
                <w:lang w:eastAsia="zh-CN"/>
              </w:rPr>
              <w:t xml:space="preserve">  </w:t>
            </w:r>
            <w:r w:rsidR="00BA0FE7">
              <w:rPr>
                <w:rFonts w:hint="eastAsia"/>
                <w:noProof/>
              </w:rPr>
              <w:drawing>
                <wp:inline distT="0" distB="0" distL="0" distR="0" wp14:anchorId="4DA7261B" wp14:editId="271B9514">
                  <wp:extent cx="546957" cy="1204530"/>
                  <wp:effectExtent l="0" t="0" r="5715" b="0"/>
                  <wp:docPr id="822823852" name="图片 4" descr="OPPLE 仓库系统 · 出入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PPLE 仓库系统 · 出入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291" cy="1242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A0FE7">
              <w:rPr>
                <w:rFonts w:hint="eastAsia"/>
                <w:lang w:eastAsia="zh-CN"/>
              </w:rPr>
              <w:t xml:space="preserve">  </w:t>
            </w:r>
            <w:r w:rsidR="00BA0FE7">
              <w:rPr>
                <w:rFonts w:hint="eastAsia"/>
                <w:noProof/>
              </w:rPr>
              <w:drawing>
                <wp:inline distT="0" distB="0" distL="0" distR="0" wp14:anchorId="61A54731" wp14:editId="22A0A9AA">
                  <wp:extent cx="544152" cy="1197818"/>
                  <wp:effectExtent l="0" t="0" r="8890" b="2540"/>
                  <wp:docPr id="1048323480" name="图片 6" descr="OPPLE 仓库系统 · 库存预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OPPLE 仓库系统 · 库存预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039" cy="1208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DC7C99" w14:textId="77777777" w:rsidR="00A6452A" w:rsidRDefault="00000000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校园经历与荣誉</w:t>
            </w:r>
          </w:p>
          <w:p w14:paraId="72A4C661" w14:textId="77777777" w:rsidR="00A6452A" w:rsidRDefault="00000000">
            <w:pPr>
              <w:spacing w:after="20" w:line="247" w:lineRule="auto"/>
              <w:ind w:left="204" w:hanging="170"/>
              <w:rPr>
                <w:rFonts w:hint="eastAsia"/>
                <w:lang w:eastAsia="zh-CN"/>
              </w:rPr>
            </w:pPr>
            <w:r>
              <w:rPr>
                <w:b/>
                <w:color w:val="2F6F9F"/>
                <w:sz w:val="17"/>
                <w:lang w:eastAsia="zh-CN"/>
              </w:rPr>
              <w:t xml:space="preserve">• </w:t>
            </w:r>
            <w:r>
              <w:rPr>
                <w:color w:val="20262D"/>
                <w:sz w:val="17"/>
                <w:lang w:eastAsia="zh-CN"/>
              </w:rPr>
              <w:t>“青创杯”创新创业大赛（社团组）第二名 —— 担任团队队长，所在大一组排名第一。</w:t>
            </w:r>
          </w:p>
          <w:p w14:paraId="365B7E69" w14:textId="022BB4F1" w:rsidR="00A6452A" w:rsidRDefault="00000000">
            <w:pPr>
              <w:spacing w:after="20" w:line="247" w:lineRule="auto"/>
              <w:ind w:left="204" w:hanging="170"/>
              <w:rPr>
                <w:rFonts w:hint="eastAsia"/>
                <w:lang w:eastAsia="zh-CN"/>
              </w:rPr>
            </w:pPr>
            <w:r>
              <w:rPr>
                <w:b/>
                <w:color w:val="2F6F9F"/>
                <w:sz w:val="17"/>
                <w:lang w:eastAsia="zh-CN"/>
              </w:rPr>
              <w:t xml:space="preserve">• </w:t>
            </w:r>
            <w:r w:rsidR="007820CA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>
              <w:rPr>
                <w:color w:val="20262D"/>
                <w:sz w:val="17"/>
                <w:lang w:eastAsia="zh-CN"/>
              </w:rPr>
              <w:t>职业规划大赛系部三等奖；学校新媒体部门主要创作成员，在学校官微发表 6 余个新媒体作品。</w:t>
            </w:r>
          </w:p>
          <w:p w14:paraId="6F0D4FB1" w14:textId="61C925F7" w:rsidR="00A6452A" w:rsidRDefault="00000000">
            <w:pPr>
              <w:spacing w:line="247" w:lineRule="auto"/>
              <w:ind w:left="204" w:hanging="170"/>
              <w:rPr>
                <w:rFonts w:hint="eastAsia"/>
                <w:lang w:eastAsia="zh-CN"/>
              </w:rPr>
            </w:pPr>
            <w:r>
              <w:rPr>
                <w:b/>
                <w:color w:val="2F6F9F"/>
                <w:sz w:val="17"/>
                <w:lang w:eastAsia="zh-CN"/>
              </w:rPr>
              <w:t xml:space="preserve">• </w:t>
            </w:r>
            <w:r w:rsidR="007820CA">
              <w:rPr>
                <w:rFonts w:hint="eastAsia"/>
                <w:b/>
                <w:color w:val="2F6F9F"/>
                <w:sz w:val="17"/>
                <w:lang w:eastAsia="zh-CN"/>
              </w:rPr>
              <w:t xml:space="preserve"> </w:t>
            </w:r>
            <w:r>
              <w:rPr>
                <w:color w:val="20262D"/>
                <w:sz w:val="17"/>
                <w:lang w:eastAsia="zh-CN"/>
              </w:rPr>
              <w:t>获学校团委部门“优秀成员”称号。</w:t>
            </w:r>
          </w:p>
        </w:tc>
        <w:tc>
          <w:tcPr>
            <w:tcW w:w="5273" w:type="dxa"/>
            <w:gridSpan w:val="2"/>
            <w:shd w:val="clear" w:color="auto" w:fill="F6F8FA"/>
            <w:tcMar>
              <w:top w:w="40" w:type="dxa"/>
              <w:left w:w="170" w:type="dxa"/>
              <w:bottom w:w="0" w:type="dxa"/>
              <w:right w:w="0" w:type="dxa"/>
            </w:tcMar>
          </w:tcPr>
          <w:p w14:paraId="6CB7396D" w14:textId="77777777" w:rsidR="00A6452A" w:rsidRDefault="00000000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教育背景</w:t>
            </w:r>
          </w:p>
          <w:p w14:paraId="4C22FBD0" w14:textId="77777777" w:rsidR="00A6452A" w:rsidRDefault="00000000">
            <w:pPr>
              <w:spacing w:after="20"/>
              <w:rPr>
                <w:rFonts w:hint="eastAsia"/>
                <w:lang w:eastAsia="zh-CN"/>
              </w:rPr>
            </w:pPr>
            <w:r>
              <w:rPr>
                <w:b/>
                <w:color w:val="20262D"/>
                <w:lang w:eastAsia="zh-CN"/>
              </w:rPr>
              <w:t>贵州轻工职业大学</w:t>
            </w:r>
          </w:p>
          <w:p w14:paraId="75234615" w14:textId="77777777" w:rsidR="00A6452A" w:rsidRDefault="00000000">
            <w:pPr>
              <w:spacing w:after="20"/>
              <w:rPr>
                <w:rFonts w:hint="eastAsia"/>
                <w:lang w:eastAsia="zh-CN"/>
              </w:rPr>
            </w:pPr>
            <w:proofErr w:type="gramStart"/>
            <w:r>
              <w:rPr>
                <w:color w:val="20262D"/>
                <w:sz w:val="16"/>
                <w:lang w:eastAsia="zh-CN"/>
              </w:rPr>
              <w:t>大数据技术  ·</w:t>
            </w:r>
            <w:proofErr w:type="gramEnd"/>
            <w:r>
              <w:rPr>
                <w:color w:val="20262D"/>
                <w:sz w:val="16"/>
                <w:lang w:eastAsia="zh-CN"/>
              </w:rPr>
              <w:t xml:space="preserve">  信息工程系</w:t>
            </w:r>
          </w:p>
          <w:p w14:paraId="65448691" w14:textId="77777777" w:rsidR="00A6452A" w:rsidRDefault="00000000">
            <w:pPr>
              <w:spacing w:after="48"/>
              <w:rPr>
                <w:rFonts w:hint="eastAsia"/>
                <w:lang w:eastAsia="zh-CN"/>
              </w:rPr>
            </w:pPr>
            <w:r>
              <w:rPr>
                <w:color w:val="5C6670"/>
                <w:sz w:val="16"/>
                <w:lang w:eastAsia="zh-CN"/>
              </w:rPr>
              <w:t>2024.09 - 2027.07</w:t>
            </w:r>
          </w:p>
          <w:p w14:paraId="10EB5B18" w14:textId="77777777" w:rsidR="00A6452A" w:rsidRDefault="00000000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专业技能</w:t>
            </w:r>
          </w:p>
          <w:p w14:paraId="30126935" w14:textId="77777777" w:rsidR="00A6452A" w:rsidRDefault="00000000">
            <w:pPr>
              <w:spacing w:after="24"/>
              <w:rPr>
                <w:rFonts w:hint="eastAsia"/>
                <w:lang w:eastAsia="zh-CN"/>
              </w:rPr>
            </w:pPr>
            <w:proofErr w:type="gramStart"/>
            <w:r>
              <w:rPr>
                <w:b/>
                <w:color w:val="2F6F9F"/>
                <w:sz w:val="16"/>
                <w:lang w:eastAsia="zh-CN"/>
              </w:rPr>
              <w:t xml:space="preserve">桌面系统  </w:t>
            </w:r>
            <w:r>
              <w:rPr>
                <w:color w:val="20262D"/>
                <w:sz w:val="16"/>
                <w:lang w:eastAsia="zh-CN"/>
              </w:rPr>
              <w:t>Windows</w:t>
            </w:r>
            <w:proofErr w:type="gramEnd"/>
            <w:r>
              <w:rPr>
                <w:color w:val="20262D"/>
                <w:sz w:val="16"/>
                <w:lang w:eastAsia="zh-CN"/>
              </w:rPr>
              <w:t>/macOS；台式机拆装、系统重装、外设故障判断。</w:t>
            </w:r>
          </w:p>
          <w:p w14:paraId="4D5AE6A7" w14:textId="77777777" w:rsidR="00A6452A" w:rsidRDefault="00000000">
            <w:pPr>
              <w:spacing w:after="24"/>
              <w:rPr>
                <w:rFonts w:hint="eastAsia"/>
                <w:lang w:eastAsia="zh-CN"/>
              </w:rPr>
            </w:pPr>
            <w:proofErr w:type="gramStart"/>
            <w:r>
              <w:rPr>
                <w:b/>
                <w:color w:val="2F6F9F"/>
                <w:sz w:val="16"/>
                <w:lang w:eastAsia="zh-CN"/>
              </w:rPr>
              <w:t xml:space="preserve">网络基础  </w:t>
            </w:r>
            <w:r>
              <w:rPr>
                <w:color w:val="20262D"/>
                <w:sz w:val="16"/>
                <w:lang w:eastAsia="zh-CN"/>
              </w:rPr>
              <w:t>IP</w:t>
            </w:r>
            <w:proofErr w:type="gramEnd"/>
            <w:r>
              <w:rPr>
                <w:color w:val="20262D"/>
                <w:sz w:val="16"/>
                <w:lang w:eastAsia="zh-CN"/>
              </w:rPr>
              <w:t>、子网掩码、网关等基础知识，可处理常见网络问题。</w:t>
            </w:r>
          </w:p>
          <w:p w14:paraId="334F6AB0" w14:textId="77777777" w:rsidR="00A6452A" w:rsidRDefault="00000000">
            <w:pPr>
              <w:spacing w:after="24"/>
              <w:rPr>
                <w:rFonts w:hint="eastAsia"/>
                <w:lang w:eastAsia="zh-CN"/>
              </w:rPr>
            </w:pPr>
            <w:proofErr w:type="gramStart"/>
            <w:r>
              <w:rPr>
                <w:b/>
                <w:color w:val="2F6F9F"/>
                <w:sz w:val="16"/>
                <w:lang w:eastAsia="zh-CN"/>
              </w:rPr>
              <w:t xml:space="preserve">服务器  </w:t>
            </w:r>
            <w:r>
              <w:rPr>
                <w:color w:val="20262D"/>
                <w:sz w:val="16"/>
                <w:lang w:eastAsia="zh-CN"/>
              </w:rPr>
              <w:t>Linux</w:t>
            </w:r>
            <w:proofErr w:type="gramEnd"/>
            <w:r>
              <w:rPr>
                <w:color w:val="20262D"/>
                <w:sz w:val="16"/>
                <w:lang w:eastAsia="zh-CN"/>
              </w:rPr>
              <w:t xml:space="preserve"> 常用命令、腾讯云、宝塔、Nginx、</w:t>
            </w:r>
            <w:proofErr w:type="spellStart"/>
            <w:r>
              <w:rPr>
                <w:color w:val="20262D"/>
                <w:sz w:val="16"/>
                <w:lang w:eastAsia="zh-CN"/>
              </w:rPr>
              <w:t>systemd</w:t>
            </w:r>
            <w:proofErr w:type="spellEnd"/>
            <w:r>
              <w:rPr>
                <w:color w:val="20262D"/>
                <w:sz w:val="16"/>
                <w:lang w:eastAsia="zh-CN"/>
              </w:rPr>
              <w:t>。</w:t>
            </w:r>
          </w:p>
          <w:p w14:paraId="08BCA97F" w14:textId="77777777" w:rsidR="00A6452A" w:rsidRDefault="00000000">
            <w:pPr>
              <w:spacing w:after="24"/>
              <w:rPr>
                <w:rFonts w:hint="eastAsia"/>
                <w:lang w:eastAsia="zh-CN"/>
              </w:rPr>
            </w:pPr>
            <w:proofErr w:type="gramStart"/>
            <w:r>
              <w:rPr>
                <w:b/>
                <w:color w:val="2F6F9F"/>
                <w:sz w:val="16"/>
                <w:lang w:eastAsia="zh-CN"/>
              </w:rPr>
              <w:t xml:space="preserve">信息安全  </w:t>
            </w:r>
            <w:r>
              <w:rPr>
                <w:color w:val="20262D"/>
                <w:sz w:val="16"/>
                <w:lang w:eastAsia="zh-CN"/>
              </w:rPr>
              <w:t>了解防火墙</w:t>
            </w:r>
            <w:proofErr w:type="gramEnd"/>
            <w:r>
              <w:rPr>
                <w:color w:val="20262D"/>
                <w:sz w:val="16"/>
                <w:lang w:eastAsia="zh-CN"/>
              </w:rPr>
              <w:t>、U盘管理、用户权限、病毒查杀。</w:t>
            </w:r>
          </w:p>
          <w:p w14:paraId="48BF3285" w14:textId="77777777" w:rsidR="00A6452A" w:rsidRDefault="00000000">
            <w:pPr>
              <w:spacing w:after="24"/>
              <w:rPr>
                <w:rFonts w:hint="eastAsia"/>
              </w:rPr>
            </w:pPr>
            <w:proofErr w:type="spellStart"/>
            <w:proofErr w:type="gramStart"/>
            <w:r>
              <w:rPr>
                <w:b/>
                <w:color w:val="2F6F9F"/>
                <w:sz w:val="16"/>
              </w:rPr>
              <w:t>数据库</w:t>
            </w:r>
            <w:proofErr w:type="spellEnd"/>
            <w:r>
              <w:rPr>
                <w:b/>
                <w:color w:val="2F6F9F"/>
                <w:sz w:val="16"/>
              </w:rPr>
              <w:t xml:space="preserve">  </w:t>
            </w:r>
            <w:r>
              <w:rPr>
                <w:color w:val="20262D"/>
                <w:sz w:val="16"/>
              </w:rPr>
              <w:t>MySQL</w:t>
            </w:r>
            <w:proofErr w:type="gramEnd"/>
            <w:r>
              <w:rPr>
                <w:color w:val="20262D"/>
                <w:sz w:val="16"/>
              </w:rPr>
              <w:t xml:space="preserve"> </w:t>
            </w:r>
            <w:proofErr w:type="spellStart"/>
            <w:r>
              <w:rPr>
                <w:color w:val="20262D"/>
                <w:sz w:val="16"/>
              </w:rPr>
              <w:t>基本使用，了解</w:t>
            </w:r>
            <w:proofErr w:type="spellEnd"/>
            <w:r>
              <w:rPr>
                <w:color w:val="20262D"/>
                <w:sz w:val="16"/>
              </w:rPr>
              <w:t xml:space="preserve"> SQLite / H2。</w:t>
            </w:r>
          </w:p>
          <w:p w14:paraId="6A01F9CC" w14:textId="77777777" w:rsidR="00A6452A" w:rsidRDefault="00000000">
            <w:pPr>
              <w:spacing w:after="24"/>
              <w:rPr>
                <w:rFonts w:hint="eastAsia"/>
              </w:rPr>
            </w:pPr>
            <w:proofErr w:type="gramStart"/>
            <w:r>
              <w:rPr>
                <w:b/>
                <w:color w:val="2F6F9F"/>
                <w:sz w:val="16"/>
              </w:rPr>
              <w:t xml:space="preserve">编程  </w:t>
            </w:r>
            <w:r>
              <w:rPr>
                <w:color w:val="20262D"/>
                <w:sz w:val="16"/>
              </w:rPr>
              <w:t>Python</w:t>
            </w:r>
            <w:proofErr w:type="gramEnd"/>
            <w:r>
              <w:rPr>
                <w:color w:val="20262D"/>
                <w:sz w:val="16"/>
              </w:rPr>
              <w:t>、Java、HTML5、CSS、JavaScript。</w:t>
            </w:r>
          </w:p>
          <w:p w14:paraId="68D8ED02" w14:textId="77777777" w:rsidR="00A6452A" w:rsidRDefault="00000000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</w:rPr>
            </w:pPr>
            <w:r>
              <w:t xml:space="preserve">AI / </w:t>
            </w:r>
            <w:proofErr w:type="spellStart"/>
            <w:r>
              <w:t>自动化</w:t>
            </w:r>
            <w:proofErr w:type="spellEnd"/>
          </w:p>
          <w:p w14:paraId="65096720" w14:textId="77777777" w:rsidR="00A6452A" w:rsidRDefault="00000000">
            <w:pPr>
              <w:spacing w:after="40"/>
              <w:rPr>
                <w:rFonts w:hint="eastAsia"/>
                <w:lang w:eastAsia="zh-CN"/>
              </w:rPr>
            </w:pPr>
            <w:r>
              <w:rPr>
                <w:color w:val="20262D"/>
                <w:sz w:val="16"/>
                <w:lang w:eastAsia="zh-CN"/>
              </w:rPr>
              <w:t>熟练使用 ChatGPT、Claude 等工具辅助技术检索与故障定位，并使用 Cursor、Codex 等工具开发实用软件和自动化方案。</w:t>
            </w:r>
          </w:p>
          <w:p w14:paraId="34C62B11" w14:textId="77777777" w:rsidR="00A6452A" w:rsidRDefault="00000000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个人优势</w:t>
            </w:r>
          </w:p>
          <w:p w14:paraId="316EE8FE" w14:textId="13A41326" w:rsidR="00A6452A" w:rsidRDefault="00000000">
            <w:pPr>
              <w:spacing w:after="20" w:line="247" w:lineRule="auto"/>
              <w:ind w:left="204" w:hanging="170"/>
              <w:rPr>
                <w:rFonts w:hint="eastAsia"/>
                <w:lang w:eastAsia="zh-CN"/>
              </w:rPr>
            </w:pPr>
            <w:r>
              <w:rPr>
                <w:b/>
                <w:color w:val="2F6F9F"/>
                <w:sz w:val="16"/>
                <w:lang w:eastAsia="zh-CN"/>
              </w:rPr>
              <w:t xml:space="preserve">• </w:t>
            </w:r>
            <w:r>
              <w:rPr>
                <w:color w:val="20262D"/>
                <w:sz w:val="16"/>
                <w:lang w:eastAsia="zh-CN"/>
              </w:rPr>
              <w:t>对 IT 行业</w:t>
            </w:r>
            <w:r w:rsidR="007820CA">
              <w:rPr>
                <w:rFonts w:hint="eastAsia"/>
                <w:color w:val="20262D"/>
                <w:sz w:val="16"/>
                <w:lang w:eastAsia="zh-CN"/>
              </w:rPr>
              <w:t>热爱，</w:t>
            </w:r>
            <w:r>
              <w:rPr>
                <w:color w:val="20262D"/>
                <w:sz w:val="16"/>
                <w:lang w:eastAsia="zh-CN"/>
              </w:rPr>
              <w:t>兴趣长期稳定，实际动手经验较多。</w:t>
            </w:r>
          </w:p>
          <w:p w14:paraId="06ED2C7F" w14:textId="77777777" w:rsidR="00A6452A" w:rsidRDefault="00000000">
            <w:pPr>
              <w:spacing w:after="20" w:line="247" w:lineRule="auto"/>
              <w:ind w:left="204" w:hanging="170"/>
              <w:rPr>
                <w:rFonts w:hint="eastAsia"/>
                <w:lang w:eastAsia="zh-CN"/>
              </w:rPr>
            </w:pPr>
            <w:r>
              <w:rPr>
                <w:b/>
                <w:color w:val="2F6F9F"/>
                <w:sz w:val="16"/>
                <w:lang w:eastAsia="zh-CN"/>
              </w:rPr>
              <w:t xml:space="preserve">• </w:t>
            </w:r>
            <w:r>
              <w:rPr>
                <w:color w:val="20262D"/>
                <w:sz w:val="16"/>
                <w:lang w:eastAsia="zh-CN"/>
              </w:rPr>
              <w:t>具备用户沟通意识，能用通俗方式解释电脑问题。</w:t>
            </w:r>
          </w:p>
          <w:p w14:paraId="2C0DCF34" w14:textId="77777777" w:rsidR="00A6452A" w:rsidRDefault="00000000">
            <w:pPr>
              <w:spacing w:line="247" w:lineRule="auto"/>
              <w:ind w:left="204" w:hanging="170"/>
              <w:rPr>
                <w:rFonts w:hint="eastAsia"/>
                <w:color w:val="20262D"/>
                <w:sz w:val="16"/>
                <w:lang w:eastAsia="zh-CN"/>
              </w:rPr>
            </w:pPr>
            <w:r>
              <w:rPr>
                <w:b/>
                <w:color w:val="2F6F9F"/>
                <w:sz w:val="16"/>
                <w:lang w:eastAsia="zh-CN"/>
              </w:rPr>
              <w:t xml:space="preserve">• </w:t>
            </w:r>
            <w:r>
              <w:rPr>
                <w:color w:val="20262D"/>
                <w:sz w:val="16"/>
                <w:lang w:eastAsia="zh-CN"/>
              </w:rPr>
              <w:t>耐心细致，遇到故障习惯主动定位、检索和复盘。</w:t>
            </w:r>
          </w:p>
          <w:p w14:paraId="0A8F1A60" w14:textId="77777777" w:rsidR="005909A9" w:rsidRDefault="005909A9">
            <w:pPr>
              <w:spacing w:line="247" w:lineRule="auto"/>
              <w:ind w:left="204" w:hanging="170"/>
              <w:rPr>
                <w:rFonts w:hint="eastAsia"/>
                <w:color w:val="20262D"/>
                <w:sz w:val="16"/>
                <w:lang w:eastAsia="zh-CN"/>
              </w:rPr>
            </w:pPr>
          </w:p>
          <w:p w14:paraId="58F37700" w14:textId="68F0948D" w:rsidR="007338A2" w:rsidRDefault="007338A2" w:rsidP="007338A2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到岗信息</w:t>
            </w:r>
          </w:p>
          <w:p w14:paraId="7CD772F8" w14:textId="397D93F2" w:rsidR="00350E6C" w:rsidRDefault="007338A2" w:rsidP="007338A2">
            <w:pPr>
              <w:spacing w:line="247" w:lineRule="auto"/>
              <w:rPr>
                <w:rFonts w:hint="eastAsia"/>
                <w:b/>
                <w:bCs/>
                <w:lang w:eastAsia="zh-CN"/>
              </w:rPr>
            </w:pPr>
            <w:r w:rsidRPr="007338A2">
              <w:rPr>
                <w:b/>
                <w:bCs/>
                <w:lang w:eastAsia="zh-CN"/>
              </w:rPr>
              <w:t>2027届｜杭州可</w:t>
            </w:r>
            <w:r w:rsidR="002E706F">
              <w:rPr>
                <w:rFonts w:hint="eastAsia"/>
                <w:b/>
                <w:bCs/>
                <w:lang w:eastAsia="zh-CN"/>
              </w:rPr>
              <w:t>立即</w:t>
            </w:r>
            <w:r w:rsidRPr="007338A2">
              <w:rPr>
                <w:b/>
                <w:bCs/>
                <w:lang w:eastAsia="zh-CN"/>
              </w:rPr>
              <w:t>到岗｜</w:t>
            </w:r>
          </w:p>
          <w:p w14:paraId="35FDCEF1" w14:textId="6CDD3216" w:rsidR="007338A2" w:rsidRDefault="007338A2" w:rsidP="007338A2">
            <w:pPr>
              <w:spacing w:line="247" w:lineRule="auto"/>
              <w:rPr>
                <w:rFonts w:hint="eastAsia"/>
                <w:b/>
                <w:bCs/>
                <w:lang w:eastAsia="zh-CN"/>
              </w:rPr>
            </w:pPr>
            <w:r w:rsidRPr="007338A2">
              <w:rPr>
                <w:b/>
                <w:bCs/>
                <w:lang w:eastAsia="zh-CN"/>
              </w:rPr>
              <w:t>可连续实习</w:t>
            </w:r>
            <w:r>
              <w:rPr>
                <w:rFonts w:hint="eastAsia"/>
                <w:b/>
                <w:bCs/>
                <w:lang w:eastAsia="zh-CN"/>
              </w:rPr>
              <w:t>6</w:t>
            </w:r>
            <w:r w:rsidRPr="007338A2">
              <w:rPr>
                <w:b/>
                <w:bCs/>
                <w:lang w:eastAsia="zh-CN"/>
              </w:rPr>
              <w:t>个月以上｜每周5天</w:t>
            </w:r>
          </w:p>
          <w:p w14:paraId="70FB1847" w14:textId="77777777" w:rsidR="00966912" w:rsidRPr="00682007" w:rsidRDefault="00966912" w:rsidP="007338A2">
            <w:pPr>
              <w:spacing w:line="247" w:lineRule="auto"/>
              <w:rPr>
                <w:rFonts w:hint="eastAsia"/>
                <w:b/>
                <w:bCs/>
                <w:sz w:val="11"/>
                <w:szCs w:val="11"/>
                <w:lang w:eastAsia="zh-CN"/>
              </w:rPr>
            </w:pPr>
          </w:p>
          <w:p w14:paraId="3C2F2CA8" w14:textId="495C26C7" w:rsidR="00122AD4" w:rsidRDefault="00ED0E4B" w:rsidP="00093586">
            <w:pPr>
              <w:pStyle w:val="SectionHead"/>
              <w:pBdr>
                <w:bottom w:val="single" w:sz="8" w:space="2" w:color="2F6F9F"/>
              </w:pBdr>
              <w:spacing w:before="90" w:after="6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关于我</w:t>
            </w:r>
          </w:p>
          <w:p w14:paraId="2743496F" w14:textId="77777777" w:rsidR="00122AD4" w:rsidRDefault="00122AD4" w:rsidP="0052630A">
            <w:pPr>
              <w:spacing w:line="247" w:lineRule="auto"/>
              <w:ind w:firstLineChars="200" w:firstLine="360"/>
              <w:rPr>
                <w:rFonts w:hint="eastAsia"/>
                <w:lang w:eastAsia="zh-CN"/>
              </w:rPr>
            </w:pPr>
            <w:r w:rsidRPr="00122AD4">
              <w:rPr>
                <w:lang w:eastAsia="zh-CN"/>
              </w:rPr>
              <w:t>我是影视飓风的长期观众，也一直喜欢摄影、视频创作与数码产品。长期使用 PR、AE、DaVinci Resolve、PS、C4D、Blender 等软件，让我不仅理解“</w:t>
            </w:r>
            <w:r w:rsidR="00841EF0">
              <w:rPr>
                <w:rFonts w:hint="eastAsia"/>
                <w:lang w:eastAsia="zh-CN"/>
              </w:rPr>
              <w:t>软件</w:t>
            </w:r>
            <w:r w:rsidRPr="00122AD4">
              <w:rPr>
                <w:lang w:eastAsia="zh-CN"/>
              </w:rPr>
              <w:t>出了问题”，也能理解创作者在项目、素材、软件和硬件出现问题时真正着急的是什么。</w:t>
            </w:r>
          </w:p>
          <w:p w14:paraId="338C067C" w14:textId="77777777" w:rsidR="00365BF7" w:rsidRDefault="00365BF7" w:rsidP="0052630A">
            <w:pPr>
              <w:spacing w:line="247" w:lineRule="auto"/>
              <w:ind w:firstLineChars="200" w:firstLine="360"/>
              <w:rPr>
                <w:rFonts w:hint="eastAsia"/>
                <w:b/>
                <w:bCs/>
                <w:lang w:eastAsia="zh-CN"/>
              </w:rPr>
            </w:pPr>
            <w:r w:rsidRPr="00365BF7">
              <w:rPr>
                <w:b/>
                <w:bCs/>
                <w:lang w:eastAsia="zh-CN"/>
              </w:rPr>
              <w:t>所以相比普通办公场景，我尤其希望进入影视创作环境做 IT 支持。</w:t>
            </w:r>
          </w:p>
          <w:p w14:paraId="73ED7AE4" w14:textId="77777777" w:rsidR="005B7BAE" w:rsidRDefault="005B7BAE" w:rsidP="007338A2">
            <w:pPr>
              <w:spacing w:line="247" w:lineRule="auto"/>
              <w:rPr>
                <w:rFonts w:hint="eastAsia"/>
                <w:b/>
                <w:bCs/>
                <w:lang w:eastAsia="zh-CN"/>
              </w:rPr>
            </w:pPr>
          </w:p>
          <w:p w14:paraId="53D0BDE8" w14:textId="3E0B677A" w:rsidR="005B7BAE" w:rsidRPr="007338A2" w:rsidRDefault="005B7BAE" w:rsidP="005B7BAE">
            <w:pPr>
              <w:spacing w:line="247" w:lineRule="auto"/>
              <w:rPr>
                <w:rFonts w:hint="eastAsia"/>
                <w:b/>
                <w:bCs/>
                <w:lang w:eastAsia="zh-CN"/>
              </w:rPr>
            </w:pPr>
          </w:p>
        </w:tc>
      </w:tr>
    </w:tbl>
    <w:p w14:paraId="7A815EF5" w14:textId="77777777" w:rsidR="00315720" w:rsidRDefault="00315720">
      <w:pPr>
        <w:rPr>
          <w:rFonts w:hint="eastAsia"/>
          <w:lang w:eastAsia="zh-CN"/>
        </w:rPr>
      </w:pPr>
    </w:p>
    <w:sectPr w:rsidR="00315720" w:rsidSect="00F2400C">
      <w:footerReference w:type="default" r:id="rId14"/>
      <w:pgSz w:w="11906" w:h="16838" w:code="9"/>
      <w:pgMar w:top="851" w:right="680" w:bottom="539" w:left="680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CA96D" w14:textId="77777777" w:rsidR="00127419" w:rsidRDefault="00127419">
      <w:pPr>
        <w:rPr>
          <w:rFonts w:hint="eastAsia"/>
        </w:rPr>
      </w:pPr>
      <w:r>
        <w:separator/>
      </w:r>
    </w:p>
  </w:endnote>
  <w:endnote w:type="continuationSeparator" w:id="0">
    <w:p w14:paraId="14D1370C" w14:textId="77777777" w:rsidR="00127419" w:rsidRDefault="0012741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935A5" w14:textId="29517462" w:rsidR="00A6452A" w:rsidRDefault="00000000">
    <w:pPr>
      <w:pStyle w:val="a7"/>
      <w:jc w:val="center"/>
      <w:rPr>
        <w:rFonts w:hint="eastAsia"/>
        <w:lang w:eastAsia="zh-CN"/>
      </w:rPr>
    </w:pPr>
    <w:r>
      <w:rPr>
        <w:color w:val="8B959E"/>
        <w:sz w:val="14"/>
        <w:lang w:eastAsia="zh-CN"/>
      </w:rPr>
      <w:t>桌面运维 / IT 运维实习生</w:t>
    </w:r>
    <w:r w:rsidR="00F2400C">
      <w:rPr>
        <w:rFonts w:hint="eastAsia"/>
        <w:color w:val="8B959E"/>
        <w:sz w:val="14"/>
        <w:lang w:eastAsia="zh-CN"/>
      </w:rPr>
      <w:t xml:space="preserve">    </w:t>
    </w:r>
    <w:r>
      <w:rPr>
        <w:color w:val="8B959E"/>
        <w:sz w:val="14"/>
        <w:lang w:eastAsia="zh-CN"/>
      </w:rPr>
      <w:t xml:space="preserve"> · </w:t>
    </w:r>
    <w:r w:rsidR="00F2400C">
      <w:rPr>
        <w:rFonts w:hint="eastAsia"/>
        <w:color w:val="8B959E"/>
        <w:sz w:val="14"/>
        <w:lang w:eastAsia="zh-CN"/>
      </w:rPr>
      <w:t xml:space="preserve">    </w:t>
    </w:r>
    <w:r w:rsidR="00EF0C5F">
      <w:rPr>
        <w:rFonts w:hint="eastAsia"/>
        <w:color w:val="8B959E"/>
        <w:sz w:val="14"/>
        <w:lang w:eastAsia="zh-CN"/>
      </w:rPr>
      <w:t xml:space="preserve"> </w:t>
    </w:r>
    <w:r w:rsidR="007820CA">
      <w:rPr>
        <w:rFonts w:hint="eastAsia"/>
        <w:color w:val="8B959E"/>
        <w:sz w:val="14"/>
        <w:lang w:eastAsia="zh-CN"/>
      </w:rPr>
      <w:t>影视飓风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3E2A5" w14:textId="77777777" w:rsidR="00127419" w:rsidRDefault="00127419">
      <w:pPr>
        <w:rPr>
          <w:rFonts w:hint="eastAsia"/>
        </w:rPr>
      </w:pPr>
      <w:r>
        <w:separator/>
      </w:r>
    </w:p>
  </w:footnote>
  <w:footnote w:type="continuationSeparator" w:id="0">
    <w:p w14:paraId="58A81DA3" w14:textId="77777777" w:rsidR="00127419" w:rsidRDefault="0012741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0861601">
    <w:abstractNumId w:val="8"/>
  </w:num>
  <w:num w:numId="2" w16cid:durableId="1280456417">
    <w:abstractNumId w:val="6"/>
  </w:num>
  <w:num w:numId="3" w16cid:durableId="1769737962">
    <w:abstractNumId w:val="5"/>
  </w:num>
  <w:num w:numId="4" w16cid:durableId="891423338">
    <w:abstractNumId w:val="4"/>
  </w:num>
  <w:num w:numId="5" w16cid:durableId="1582913367">
    <w:abstractNumId w:val="7"/>
  </w:num>
  <w:num w:numId="6" w16cid:durableId="1495754978">
    <w:abstractNumId w:val="3"/>
  </w:num>
  <w:num w:numId="7" w16cid:durableId="326984919">
    <w:abstractNumId w:val="2"/>
  </w:num>
  <w:num w:numId="8" w16cid:durableId="1089542290">
    <w:abstractNumId w:val="1"/>
  </w:num>
  <w:num w:numId="9" w16cid:durableId="289022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FA3"/>
    <w:rsid w:val="00034616"/>
    <w:rsid w:val="0006063C"/>
    <w:rsid w:val="0008314F"/>
    <w:rsid w:val="00093586"/>
    <w:rsid w:val="000C4944"/>
    <w:rsid w:val="00122AD4"/>
    <w:rsid w:val="00127419"/>
    <w:rsid w:val="0015074B"/>
    <w:rsid w:val="00190047"/>
    <w:rsid w:val="001A5F3F"/>
    <w:rsid w:val="001F5E2D"/>
    <w:rsid w:val="00216C1A"/>
    <w:rsid w:val="00293C28"/>
    <w:rsid w:val="0029639D"/>
    <w:rsid w:val="002A55FA"/>
    <w:rsid w:val="002B4907"/>
    <w:rsid w:val="002E706F"/>
    <w:rsid w:val="00315720"/>
    <w:rsid w:val="00326F90"/>
    <w:rsid w:val="00332EBB"/>
    <w:rsid w:val="00350E6C"/>
    <w:rsid w:val="00354075"/>
    <w:rsid w:val="00365BF7"/>
    <w:rsid w:val="003E554E"/>
    <w:rsid w:val="0040432B"/>
    <w:rsid w:val="00430DA3"/>
    <w:rsid w:val="00433A7E"/>
    <w:rsid w:val="0043770F"/>
    <w:rsid w:val="00452050"/>
    <w:rsid w:val="00462086"/>
    <w:rsid w:val="004657CB"/>
    <w:rsid w:val="004F2FFC"/>
    <w:rsid w:val="0052630A"/>
    <w:rsid w:val="0054214C"/>
    <w:rsid w:val="0056086E"/>
    <w:rsid w:val="00567C01"/>
    <w:rsid w:val="005909A9"/>
    <w:rsid w:val="005927A3"/>
    <w:rsid w:val="005B7BAE"/>
    <w:rsid w:val="005E01BD"/>
    <w:rsid w:val="00615A16"/>
    <w:rsid w:val="0062288A"/>
    <w:rsid w:val="00630A49"/>
    <w:rsid w:val="00650393"/>
    <w:rsid w:val="006752B4"/>
    <w:rsid w:val="00682007"/>
    <w:rsid w:val="006E1A80"/>
    <w:rsid w:val="00704722"/>
    <w:rsid w:val="00720F51"/>
    <w:rsid w:val="007338A2"/>
    <w:rsid w:val="007579B6"/>
    <w:rsid w:val="00782038"/>
    <w:rsid w:val="007820CA"/>
    <w:rsid w:val="007C6BCC"/>
    <w:rsid w:val="007F266B"/>
    <w:rsid w:val="00841EF0"/>
    <w:rsid w:val="00884114"/>
    <w:rsid w:val="008951E5"/>
    <w:rsid w:val="008B6BF7"/>
    <w:rsid w:val="00954781"/>
    <w:rsid w:val="00966912"/>
    <w:rsid w:val="00985AB7"/>
    <w:rsid w:val="00996C0E"/>
    <w:rsid w:val="00A03486"/>
    <w:rsid w:val="00A04E42"/>
    <w:rsid w:val="00A6452A"/>
    <w:rsid w:val="00A71F43"/>
    <w:rsid w:val="00AA1D8D"/>
    <w:rsid w:val="00AF4651"/>
    <w:rsid w:val="00B20C41"/>
    <w:rsid w:val="00B47730"/>
    <w:rsid w:val="00BA0FE7"/>
    <w:rsid w:val="00BA2E6E"/>
    <w:rsid w:val="00BB0F72"/>
    <w:rsid w:val="00BE5320"/>
    <w:rsid w:val="00C824F5"/>
    <w:rsid w:val="00CB0664"/>
    <w:rsid w:val="00D25CCB"/>
    <w:rsid w:val="00D666EF"/>
    <w:rsid w:val="00D856C7"/>
    <w:rsid w:val="00E53DC8"/>
    <w:rsid w:val="00ED0E4B"/>
    <w:rsid w:val="00EF0C5F"/>
    <w:rsid w:val="00F2400C"/>
    <w:rsid w:val="00F26BC5"/>
    <w:rsid w:val="00F56CC1"/>
    <w:rsid w:val="00F808D9"/>
    <w:rsid w:val="00F824CB"/>
    <w:rsid w:val="00F903BD"/>
    <w:rsid w:val="00FB5E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22658E"/>
  <w14:defaultImageDpi w14:val="300"/>
  <w15:docId w15:val="{7C9DE547-E06C-4FA7-8F05-A4140410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微软雅黑" w:eastAsia="微软雅黑" w:hAnsi="微软雅黑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Name"/>
    <w:pPr>
      <w:spacing w:after="0" w:line="240" w:lineRule="auto"/>
    </w:pPr>
    <w:rPr>
      <w:rFonts w:ascii="微软雅黑" w:eastAsia="微软雅黑" w:hAnsi="微软雅黑"/>
      <w:b/>
      <w:color w:val="173D5E"/>
      <w:sz w:val="44"/>
    </w:rPr>
  </w:style>
  <w:style w:type="paragraph" w:customStyle="1" w:styleId="ResumeTag">
    <w:name w:val="ResumeTag"/>
    <w:pPr>
      <w:spacing w:after="0" w:line="240" w:lineRule="auto"/>
    </w:pPr>
    <w:rPr>
      <w:rFonts w:ascii="微软雅黑" w:eastAsia="微软雅黑" w:hAnsi="微软雅黑"/>
      <w:b/>
      <w:color w:val="2F6F9F"/>
      <w:sz w:val="19"/>
    </w:rPr>
  </w:style>
  <w:style w:type="paragraph" w:customStyle="1" w:styleId="SectionHead">
    <w:name w:val="SectionHead"/>
    <w:pPr>
      <w:spacing w:after="0" w:line="240" w:lineRule="auto"/>
    </w:pPr>
    <w:rPr>
      <w:rFonts w:ascii="微软雅黑" w:eastAsia="微软雅黑" w:hAnsi="微软雅黑"/>
      <w:b/>
      <w:color w:val="173D5E"/>
    </w:rPr>
  </w:style>
  <w:style w:type="paragraph" w:customStyle="1" w:styleId="BodySmall">
    <w:name w:val="BodySmall"/>
    <w:pPr>
      <w:spacing w:after="0" w:line="240" w:lineRule="auto"/>
    </w:pPr>
    <w:rPr>
      <w:rFonts w:ascii="微软雅黑" w:eastAsia="微软雅黑" w:hAnsi="微软雅黑"/>
      <w:color w:val="20262D"/>
      <w:sz w:val="17"/>
    </w:rPr>
  </w:style>
  <w:style w:type="paragraph" w:customStyle="1" w:styleId="BodySmallBold">
    <w:name w:val="BodySmallBold"/>
    <w:pPr>
      <w:spacing w:after="0" w:line="240" w:lineRule="auto"/>
    </w:pPr>
    <w:rPr>
      <w:rFonts w:ascii="微软雅黑" w:eastAsia="微软雅黑" w:hAnsi="微软雅黑"/>
      <w:b/>
      <w:color w:val="20262D"/>
      <w:sz w:val="17"/>
    </w:rPr>
  </w:style>
  <w:style w:type="paragraph" w:customStyle="1" w:styleId="SidebarLabel">
    <w:name w:val="SidebarLabel"/>
    <w:pPr>
      <w:spacing w:after="0" w:line="240" w:lineRule="auto"/>
    </w:pPr>
    <w:rPr>
      <w:rFonts w:ascii="微软雅黑" w:eastAsia="微软雅黑" w:hAnsi="微软雅黑"/>
      <w:b/>
      <w:color w:val="2F6F9F"/>
      <w:sz w:val="17"/>
    </w:rPr>
  </w:style>
  <w:style w:type="paragraph" w:customStyle="1" w:styleId="SidebarBody">
    <w:name w:val="SidebarBody"/>
    <w:pPr>
      <w:spacing w:after="0" w:line="240" w:lineRule="auto"/>
    </w:pPr>
    <w:rPr>
      <w:rFonts w:ascii="微软雅黑" w:eastAsia="微软雅黑" w:hAnsi="微软雅黑"/>
      <w:color w:val="20262D"/>
      <w:sz w:val="16"/>
    </w:rPr>
  </w:style>
  <w:style w:type="character" w:styleId="aff9">
    <w:name w:val="Hyperlink"/>
    <w:basedOn w:val="a2"/>
    <w:uiPriority w:val="99"/>
    <w:unhideWhenUsed/>
    <w:rsid w:val="00996C0E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996C0E"/>
    <w:rPr>
      <w:color w:val="605E5C"/>
      <w:shd w:val="clear" w:color="auto" w:fill="E1DFDD"/>
    </w:rPr>
  </w:style>
  <w:style w:type="character" w:styleId="affb">
    <w:name w:val="FollowedHyperlink"/>
    <w:basedOn w:val="a2"/>
    <w:uiPriority w:val="99"/>
    <w:semiHidden/>
    <w:unhideWhenUsed/>
    <w:rsid w:val="003E55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王子晨 - 桌面运维/IT运维实习生简历</dc:title>
  <dc:subject>影视飓风桌面运维实习岗位特化版</dc:subject>
  <dc:creator>王子晨</dc:creator>
  <cp:keywords/>
  <dc:description>generated by python-docx</dc:description>
  <cp:lastModifiedBy>ZICHEN WANG</cp:lastModifiedBy>
  <cp:revision>73</cp:revision>
  <dcterms:created xsi:type="dcterms:W3CDTF">2013-12-23T23:15:00Z</dcterms:created>
  <dcterms:modified xsi:type="dcterms:W3CDTF">2026-08-09T17:08:00Z</dcterms:modified>
  <cp:category/>
</cp:coreProperties>
</file>